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את/ה אוהב/ת?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אהבות ותחביבים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מוסיפים 'את' למושא ישיר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דרגות השוואה: יותר, הכי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אני אוהב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כשהמושא מיודע (עם ה הידיעה או שם פרטי)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אני אוהבת את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טוב – יותר טוב – הכי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שוקולד הוא שם כללי, לא מיודע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טוב – יותר טוב – הכי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גלידה היא מאכל, לא 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פרח הוא לא מאכל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חורף הוא עונה קרה בשנה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אוהבת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מיונים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(🍫)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(🌸)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(❄️)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(☀️)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(🏆)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 אוהב/ת ___. אני לא אוהב/ת ___.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אני הכי אוהב/ת ___.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8 שורות לפחות, כל שורה מתחילה ב'אני אוהב/ת' ומכילה דבר שונה, אפשר לכלול שימוש נכון במילה 'את' כשצריך.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שמוסיפים 'את' לפני מושא מיודע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יודע/ת שההכי זה דרגה הכי גבוהה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צורה נכונה של אוהב/אוהבת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בהשמעת השיר ולבקש לסמן מילים מוכרות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ההבדל בין 'אוהב ים' ל'אוהב את הים'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הכתיבה (שיר-רשימה) מתאימה לעבודה בזוגות או במליאה עם שיתוף קולי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את/ה אוהב/ת?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הזו לומדים לדבר על דברים שאנחנו אוהבים, ומתרגלים את המילה 'את' לפני מושא מיודע, וגם את המילים 'יותר' ו'הכי'.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שיר לומדים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אוהב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אוהב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אוהב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אוהב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מוסיפים את המילה 'את' לפני מושא?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כשהמושא מיודע (עם ה הידיעה או שם פרטי)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פעם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המשפט הנכון?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אוהבת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אוהבת את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אוהבת את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אוהבת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הסדר הנכון של דרגות השוואה?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הכי טוב – יותר טוב –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טוב – הכי טוב – יותר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טוב – יותר טוב – הכי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יותר טוב – טוב – הכי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שייכת לקבוצת 'אוכלים'?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'אני אוהבת שוקולד' בלי המילה 'את', כי שוקולד הוא לא מיודע.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'הכי' באה אחרי המילה 'יותר' בדרגת ההשוואה.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גלידה היא עונה בשנה.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 שייך לקבוצת 'לא אוכלים'.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'חורף' מתארת עונה קרה.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__________ שוקולד.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__________ גלידה.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אני אוהב __________ הים.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__________ אוהבת גלידה!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בקיץ יותר חם מ__________ בחורף.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מה אתם __________ אוהבים לאכול?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מיונים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גלידה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🌸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🏆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☀️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🍫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❄️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משפטים: דבר אחד שאתם אוהבים ודבר אחד שאתם לא אוהבים.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עם המילה 'הכי' על דבר שאתם הכי אוהבים.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שיר-רשימה 'אני אוהב/ת' עם לפחות 8 שורות, כל שורה על דבר אחר שאתם אוהבים.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מוסיפים את המילה 'את' למשפט?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'יותר' ל'הכי'?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'אוהב' או 'אוהבת'.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את/ה אוהב/ת?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