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אהבות ותחביבים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מוסיפים 'את' למושא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דרגות השוואה: יותר, הכי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אוהב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כשהמושא מיודע (עם ה הידיעה או שם פרטי)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אני אוהבת את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טוב – יותר טוב –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שוקולד הוא שם כללי, לא מיודע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טוב – יותר טוב –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גלידה היא מאכל, לא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פרח הוא 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חורף הוא עונה קרה בשנה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מיונים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(🍫)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(🌸)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(❄️)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(☀️)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(🏆)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אוהב/ת ___. אני לא אוהב/ת ___.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 הכי אוהב/ת ___.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8 שורות לפחות, כל שורה מתחילה ב'אני אוהב/ת' ומכילה דבר שונה, אפשר לכלול שימוש נכון במילה 'את' כשצריך.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שמוסיפים 'את' לפני מושא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שההכי זה דרגה הכי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צורה נכונה של אוהב/אוהבת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השיר ולבקש לסמן מילים מוכרות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'אוהב ים' ל'אוהב את הים'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הכתיבה (שיר-רשימה) מתאימה לעבודה בזוגות או במליאה עם שיתוף קולי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להגיד מה אני אוהב. לומדים מילה 'את'. לומדים 'יותר' ו'הכי'.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אוהב / אוהבת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שמשהו טוב 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שוקולד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ממתק מתוק וחום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קר ומתוק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צומח, יפה וצבעוני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קרה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חמה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מ...משהו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 טוב מכולם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אוהב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אוהב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אוהב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אוהב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כותבים 'את'?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כשהמושא מיודע (עם ה הידיעה או שם פרטי)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אוהבת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אוהבת את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אוהבת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אוהבת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בא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 טוב – יותר טוב –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 – הכי טוב – יותר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– יותר טוב –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יותר טוב – טוב –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'אני אוהבת שוקולד' בלי המילה 'את', כי שוקולד הוא לא מיודע.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'הכי' באה אחרי המילה 'יותר' בדרגת ההשוואה.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גלידה היא עונה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שייך לקבוצת 'לא אוכלים'.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'חורף' מתארת עונה 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שוקולד.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גלידה.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אוהב __________ 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__________ אוהבת גלידה!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בקיץ יותר חם מ__________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מה אתם __________ אוהבים לאכול?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מיונים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🌸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🏆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❄️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🍫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☀️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דבר אחד שאתם אוהבים ודבר אחד שאתם לא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'הכי' על דבר שאתם הכי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שיר-רשימה 'אני אוהב/ת' עם לפחות 8 שורות, כל שורה על דבר אחר שאתם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מוסיפים את המילה 'את' למשפט?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'יותר' ל'הכי'?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'אוהב' או 'אוהבת'.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אוהב/ת?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