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אהבות ותחביבים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מוסיפים 'את' למושא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דרגות השוואה: יותר, הכי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אוהב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כשהמושא מיודע (עם ה הידיעה או שם פרטי)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שוקולד הוא שם כללי, לא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טוב – יותר טוב –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פרח הוא 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מיונים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(🍫)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(🌸)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(❄️)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אוהב/ת ___. אני לא אוהב/ת ___.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8 שורות לפחות, כל שורה מתחילה ב'אני אוהב/ת' ומכילה דבר שונה, אפשר לכלול שימוש נכון במילה 'את' כשצריך.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שמוסיפים 'את' לפני מושא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שההכי זה דרגה הכי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צורה נכונה של אוהב/אוהבת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השיר ולבקש לסמן מילים מוכרות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'אוהב ים' ל'אוהב את הים'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הכתיבה (שיר-רשימה) מתאימה לעבודה בזוגות או במליאה עם שיתוף קולי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לומדים לדבר על דברים שאנחנו אוהבים, ומתרגלים את המילה 'את' לפני מושא מיודע, וגם את המילים 'יותר' ו'הכי'.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את  ·  אוהב  ·  אוהבת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שיר לומדים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אוהב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אוהב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אוהב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מוסיפים את המילה 'את' לפני מושא?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כשהמושא מיודע (עם ה הידיעה או שם פרטי)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אף פעם 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'אני אוהבת שוקולד' בלי המילה 'את', כי שוקולד הוא לא מיודע.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'הכי' באה אחרי המילה 'יותר' בדרגת ההשוואה.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פרח שייך לקבוצת 'לא אוכלים'.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שוקולד.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__________ גלידה.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אוהב __________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מיונים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🌸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🍫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❄️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משפטים: דבר אחד שאתם אוהבים ודבר אחד שאתם לא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שיר-רשימה 'אני אוהב/ת' עם לפחות 8 שורות, כל שורה על דבר אחר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מוסיפים את המילה 'את' למשפט?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'יותר' ל'הכי'?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